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9202E" w14:textId="267E11EE" w:rsidR="00507B57" w:rsidRPr="00DA5CB5" w:rsidRDefault="00821052">
      <w:r w:rsidRPr="00DA5CB5">
        <w:t>Ime i prezime: _____________________________</w:t>
      </w:r>
      <w:r w:rsidR="00EB7D89">
        <w:rPr>
          <w:u w:val="single"/>
        </w:rPr>
        <w:t xml:space="preserve">               </w:t>
      </w:r>
      <w:r w:rsidRPr="00DA5CB5">
        <w:t>___</w:t>
      </w:r>
      <w:r w:rsidRPr="00DA5CB5">
        <w:br/>
        <w:t>Ustrojstvena jedinica: _________________________________</w:t>
      </w:r>
      <w:r w:rsidRPr="00DA5CB5">
        <w:br/>
        <w:t>Radno mjesto: _______________________________________</w:t>
      </w:r>
      <w:r w:rsidRPr="00DA5CB5">
        <w:br/>
        <w:t>Kontakt: ____________________________________________</w:t>
      </w:r>
    </w:p>
    <w:p w14:paraId="0DC47A94" w14:textId="77777777" w:rsidR="00507B57" w:rsidRPr="00DA5CB5" w:rsidRDefault="00821052">
      <w:r w:rsidRPr="00DA5CB5">
        <w:t>U ____________________, ____________________ 2026.</w:t>
      </w:r>
    </w:p>
    <w:p w14:paraId="459F2887" w14:textId="124EE752" w:rsidR="00507B57" w:rsidRPr="00563E97" w:rsidRDefault="00821052" w:rsidP="00EB7D89">
      <w:pPr>
        <w:jc w:val="right"/>
      </w:pPr>
      <w:r w:rsidRPr="00DA5CB5">
        <w:rPr>
          <w:b/>
        </w:rPr>
        <w:t>MINISTARSTVO UNUTARNJIH POSLOVA</w:t>
      </w:r>
      <w:r w:rsidRPr="00DA5CB5">
        <w:rPr>
          <w:b/>
        </w:rPr>
        <w:br/>
        <w:t>UPRAVA ZA LJUDSKE POTENCIJALE</w:t>
      </w:r>
      <w:r w:rsidRPr="00DA5CB5">
        <w:rPr>
          <w:b/>
        </w:rPr>
        <w:br/>
      </w:r>
      <w:r w:rsidRPr="00563E97">
        <w:rPr>
          <w:b/>
        </w:rPr>
        <w:t xml:space="preserve">putem Policijske uprave </w:t>
      </w:r>
      <w:r w:rsidR="00373FD8" w:rsidRPr="00563E97">
        <w:rPr>
          <w:b/>
        </w:rPr>
        <w:t>_______________________</w:t>
      </w:r>
      <w:r w:rsidRPr="00563E97">
        <w:rPr>
          <w:b/>
        </w:rPr>
        <w:br/>
        <w:t>Odjela za pravne poslove i ljudske potencijale</w:t>
      </w:r>
    </w:p>
    <w:p w14:paraId="6F94B2A8" w14:textId="77777777" w:rsidR="00EB7D89" w:rsidRDefault="00EB7D89">
      <w:pPr>
        <w:rPr>
          <w:b/>
        </w:rPr>
      </w:pPr>
    </w:p>
    <w:p w14:paraId="05E295B1" w14:textId="3DE0AE8A" w:rsidR="00507B57" w:rsidRPr="00DA5CB5" w:rsidRDefault="00821052">
      <w:r w:rsidRPr="00DA5CB5">
        <w:rPr>
          <w:b/>
        </w:rPr>
        <w:t>Predmet: Zahtjev za produljenje roka za polaganje državnog ispita II. razine</w:t>
      </w:r>
    </w:p>
    <w:p w14:paraId="501D14F6" w14:textId="77777777" w:rsidR="00EB7D89" w:rsidRDefault="00EB7D89"/>
    <w:p w14:paraId="60956830" w14:textId="3696BEA8" w:rsidR="00507B57" w:rsidRPr="00DA5CB5" w:rsidRDefault="00821052">
      <w:r w:rsidRPr="00DA5CB5">
        <w:t>Poštovani,</w:t>
      </w:r>
    </w:p>
    <w:p w14:paraId="5ECADED0" w14:textId="77777777" w:rsidR="00507B57" w:rsidRPr="00DA5CB5" w:rsidRDefault="00821052" w:rsidP="00563E97">
      <w:pPr>
        <w:jc w:val="both"/>
      </w:pPr>
      <w:r w:rsidRPr="00DA5CB5">
        <w:t>Na temelju članka 103. stavka 3. Zakona o državnim službenicima podnosim zahtjev za produljenje roka za polaganje državnog ispita II. razine, koji mi prema dosadašnjem rješenju istječe 1. travnja 2027.</w:t>
      </w:r>
    </w:p>
    <w:p w14:paraId="27D2C88D" w14:textId="77777777" w:rsidR="00507B57" w:rsidRPr="00DA5CB5" w:rsidRDefault="00821052">
      <w:r w:rsidRPr="00DA5CB5">
        <w:t>Podaci o rješenju kojim je utvrđen odnosno produljen rok (ako su dostupni):</w:t>
      </w:r>
      <w:r w:rsidRPr="00DA5CB5">
        <w:br/>
        <w:t>KLASA: _________________________ URBROJ: _________________________</w:t>
      </w:r>
      <w:r w:rsidRPr="00DA5CB5">
        <w:br/>
        <w:t>Datum rješenja: _________________________</w:t>
      </w:r>
    </w:p>
    <w:p w14:paraId="5C648DC8" w14:textId="110D8AE9" w:rsidR="00507B57" w:rsidRPr="00DA5CB5" w:rsidRDefault="00821052">
      <w:r w:rsidRPr="00DA5CB5">
        <w:t>Zahtjev podnosim zbog sljedećih konkretnih opravdanih razloga:</w:t>
      </w:r>
      <w:r w:rsidRPr="00DA5CB5">
        <w:br/>
        <w:t>_________________________________________________________</w:t>
      </w:r>
      <w:r w:rsidR="00EB7D89">
        <w:rPr>
          <w:u w:val="single"/>
        </w:rPr>
        <w:t xml:space="preserve">                                                   </w:t>
      </w:r>
      <w:r w:rsidRPr="00DA5CB5">
        <w:t>_______</w:t>
      </w:r>
      <w:r w:rsidR="00EB7D89">
        <w:rPr>
          <w:u w:val="single"/>
        </w:rPr>
        <w:t xml:space="preserve">  </w:t>
      </w:r>
      <w:r w:rsidRPr="00DA5CB5">
        <w:br/>
        <w:t>___________________________________________</w:t>
      </w:r>
      <w:r w:rsidR="00EB7D89">
        <w:rPr>
          <w:u w:val="single"/>
        </w:rPr>
        <w:t xml:space="preserve">                                                   </w:t>
      </w:r>
      <w:r w:rsidRPr="00DA5CB5">
        <w:t>_____________________</w:t>
      </w:r>
      <w:r w:rsidRPr="00DA5CB5">
        <w:br/>
        <w:t>__________________________________________</w:t>
      </w:r>
      <w:r w:rsidR="00EB7D89">
        <w:rPr>
          <w:u w:val="single"/>
        </w:rPr>
        <w:t xml:space="preserve">                                                   </w:t>
      </w:r>
      <w:r w:rsidRPr="00DA5CB5">
        <w:t>______________________</w:t>
      </w:r>
    </w:p>
    <w:p w14:paraId="68CA8F19" w14:textId="77777777" w:rsidR="00EB7D89" w:rsidRDefault="00EB7D89"/>
    <w:p w14:paraId="68D2231C" w14:textId="4F96D733" w:rsidR="00DA5CB5" w:rsidRDefault="00821052">
      <w:r w:rsidRPr="00DA5CB5">
        <w:t xml:space="preserve">Navedene okolnosti </w:t>
      </w:r>
      <w:r w:rsidR="00DA5CB5" w:rsidRPr="00DA5CB5">
        <w:t xml:space="preserve">značajno su utjecale na </w:t>
      </w:r>
      <w:r w:rsidRPr="00DA5CB5">
        <w:t xml:space="preserve">mogućnost pripreme </w:t>
      </w:r>
      <w:r w:rsidR="00DA5CB5">
        <w:t>za</w:t>
      </w:r>
      <w:r w:rsidRPr="00DA5CB5">
        <w:t xml:space="preserve"> polaganja ispit</w:t>
      </w:r>
      <w:r w:rsidR="00DA5CB5" w:rsidRPr="00DA5CB5">
        <w:t>a</w:t>
      </w:r>
      <w:r w:rsidR="00DA5CB5">
        <w:t>.</w:t>
      </w:r>
      <w:r w:rsidRPr="00DA5CB5">
        <w:br/>
      </w:r>
    </w:p>
    <w:p w14:paraId="500DEB7D" w14:textId="2158DAE4" w:rsidR="00507B57" w:rsidRPr="00DA5CB5" w:rsidRDefault="00821052">
      <w:r w:rsidRPr="00DA5CB5">
        <w:t>Molim da se, na temelju navedenih okolnosti i priloženih dokaza, utvrdi postojanje opravdanih razloga te donese rješenje o produljenju roka za onoliko vremena koliko su ti razlozi trajali, u skladu s člankom 103. stavkom 3. Zakona o državnim službenicima.</w:t>
      </w:r>
    </w:p>
    <w:p w14:paraId="0E905EB7" w14:textId="77777777" w:rsidR="00563E97" w:rsidRDefault="00563E97" w:rsidP="00563E97">
      <w:pPr>
        <w:jc w:val="center"/>
      </w:pPr>
    </w:p>
    <w:p w14:paraId="12866C0B" w14:textId="77777777" w:rsidR="00563E97" w:rsidRDefault="00821052" w:rsidP="00563E97">
      <w:pPr>
        <w:jc w:val="center"/>
      </w:pPr>
      <w:r w:rsidRPr="00DA5CB5">
        <w:t>S poštovanjem,</w:t>
      </w:r>
    </w:p>
    <w:p w14:paraId="1BA9F1F8" w14:textId="4D82AFE0" w:rsidR="00507B57" w:rsidRPr="00DA5CB5" w:rsidRDefault="00821052" w:rsidP="00EB7D89">
      <w:pPr>
        <w:jc w:val="right"/>
      </w:pPr>
      <w:r w:rsidRPr="00DA5CB5">
        <w:br/>
      </w:r>
      <w:r w:rsidRPr="00DA5CB5">
        <w:br/>
        <w:t>___________________________</w:t>
      </w:r>
      <w:r w:rsidRPr="00DA5CB5">
        <w:br/>
      </w:r>
      <w:r w:rsidR="00DA5CB5">
        <w:t xml:space="preserve">            </w:t>
      </w:r>
      <w:r w:rsidRPr="00DA5CB5">
        <w:t>(vlastoručni potpis)</w:t>
      </w:r>
    </w:p>
    <w:sectPr w:rsidR="00507B57" w:rsidRPr="00DA5CB5" w:rsidSect="00034616">
      <w:pgSz w:w="12240" w:h="15840"/>
      <w:pgMar w:top="1020" w:right="1304" w:bottom="96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8057980">
    <w:abstractNumId w:val="8"/>
  </w:num>
  <w:num w:numId="2" w16cid:durableId="1346394848">
    <w:abstractNumId w:val="6"/>
  </w:num>
  <w:num w:numId="3" w16cid:durableId="666592361">
    <w:abstractNumId w:val="5"/>
  </w:num>
  <w:num w:numId="4" w16cid:durableId="1732852237">
    <w:abstractNumId w:val="4"/>
  </w:num>
  <w:num w:numId="5" w16cid:durableId="2019037998">
    <w:abstractNumId w:val="7"/>
  </w:num>
  <w:num w:numId="6" w16cid:durableId="775907747">
    <w:abstractNumId w:val="3"/>
  </w:num>
  <w:num w:numId="7" w16cid:durableId="934049014">
    <w:abstractNumId w:val="2"/>
  </w:num>
  <w:num w:numId="8" w16cid:durableId="328951387">
    <w:abstractNumId w:val="1"/>
  </w:num>
  <w:num w:numId="9" w16cid:durableId="402683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73FD8"/>
    <w:rsid w:val="00507B57"/>
    <w:rsid w:val="005524E4"/>
    <w:rsid w:val="00563E97"/>
    <w:rsid w:val="00821052"/>
    <w:rsid w:val="00A209E3"/>
    <w:rsid w:val="00AA1D8D"/>
    <w:rsid w:val="00B47730"/>
    <w:rsid w:val="00CB0664"/>
    <w:rsid w:val="00DA5CB5"/>
    <w:rsid w:val="00EB7D8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327162"/>
  <w14:defaultImageDpi w14:val="300"/>
  <w15:docId w15:val="{BF2B9DE9-B6FA-42AB-B0F2-55BF6F689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60" w:line="252" w:lineRule="auto"/>
    </w:pPr>
    <w:rPr>
      <w:rFonts w:ascii="Calibri" w:hAnsi="Calibri"/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784c6-422c-44a5-826f-3b07935da90b" xsi:nil="true"/>
    <lcf76f155ced4ddcb4097134ff3c332f xmlns="9f8c5501-3dcc-4ad7-b8b2-24657749d77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7C1BBFAB8F504D913A4727BCB75B68" ma:contentTypeVersion="16" ma:contentTypeDescription="Stvaranje novog dokumenta." ma:contentTypeScope="" ma:versionID="4ba058ebd8a66d3baf8a80798619b99d">
  <xsd:schema xmlns:xsd="http://www.w3.org/2001/XMLSchema" xmlns:xs="http://www.w3.org/2001/XMLSchema" xmlns:p="http://schemas.microsoft.com/office/2006/metadata/properties" xmlns:ns2="9f8c5501-3dcc-4ad7-b8b2-24657749d775" xmlns:ns3="50b784c6-422c-44a5-826f-3b07935da90b" targetNamespace="http://schemas.microsoft.com/office/2006/metadata/properties" ma:root="true" ma:fieldsID="14a02ed52005e3c35ae93c67236c8e01" ns2:_="" ns3:_="">
    <xsd:import namespace="9f8c5501-3dcc-4ad7-b8b2-24657749d775"/>
    <xsd:import namespace="50b784c6-422c-44a5-826f-3b07935da9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5501-3dcc-4ad7-b8b2-24657749d7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Oznake slika" ma:readOnly="false" ma:fieldId="{5cf76f15-5ced-4ddc-b409-7134ff3c332f}" ma:taxonomyMulti="true" ma:sspId="e74c3756-f4bb-4ae7-a9e2-b86ea05525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784c6-422c-44a5-826f-3b07935da90b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6af9367-cb72-43e5-8750-281096ad3f77}" ma:internalName="TaxCatchAll" ma:showField="CatchAllData" ma:web="50b784c6-422c-44a5-826f-3b07935da9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AC7F7F-E2F9-483F-ADBF-F78B34725368}">
  <ds:schemaRefs>
    <ds:schemaRef ds:uri="http://schemas.microsoft.com/office/2006/metadata/properties"/>
    <ds:schemaRef ds:uri="http://schemas.microsoft.com/office/infopath/2007/PartnerControls"/>
    <ds:schemaRef ds:uri="50b784c6-422c-44a5-826f-3b07935da90b"/>
    <ds:schemaRef ds:uri="9f8c5501-3dcc-4ad7-b8b2-24657749d775"/>
  </ds:schemaRefs>
</ds:datastoreItem>
</file>

<file path=customXml/itemProps3.xml><?xml version="1.0" encoding="utf-8"?>
<ds:datastoreItem xmlns:ds="http://schemas.openxmlformats.org/officeDocument/2006/customXml" ds:itemID="{DC95C4BB-5FDA-456E-9DD5-D53C0EE793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047091-AF22-455A-874A-5C48322683F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Lana Sepčić</cp:lastModifiedBy>
  <cp:revision>3</cp:revision>
  <dcterms:created xsi:type="dcterms:W3CDTF">2026-10-28T10:45:00Z</dcterms:created>
  <dcterms:modified xsi:type="dcterms:W3CDTF">2026-10-28T11:11:00Z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0x010100487C1BBFAB8F504D913A4727BCB75B68</vt:lpwstr>
  </property>
  <property fmtid="{D5CDD505-2E9C-101B-9397-08002B2CF9AE}" pid="3" name="MediaServiceImageTags">
    <vt:lpwstr/>
  </property>
</Properties>
</file>